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1E3F"/>
          <w:sz w:val="44"/>
        </w:rPr>
        <w:t>The Daily Business Task Planner</w:t>
      </w:r>
    </w:p>
    <w:p>
      <w:r>
        <w:t>Plan the day. Do the work that matters.</w:t>
      </w:r>
    </w:p>
    <w:p>
      <w:r>
        <w:t>Review the week.</w:t>
      </w:r>
    </w:p>
    <w:p>
      <w:r>
        <w:t>Printable, fillable and editable. US Letter and A4.</w:t>
      </w:r>
    </w:p>
    <w:p>
      <w:r>
        <w:t>Undated, so you can start any day.</w:t>
      </w:r>
    </w:p>
    <w:p>
      <w:r>
        <w:rPr>
          <w:b/>
        </w:rPr>
        <w:t>Sorbet Sheets</w:t>
      </w:r>
    </w:p>
    <w:p>
      <w:r>
        <w:br w:type="page"/>
      </w:r>
    </w:p>
    <w:p>
      <w:r>
        <w:rPr>
          <w:b/>
          <w:color w:val="2B1E3F"/>
          <w:sz w:val="44"/>
        </w:rPr>
        <w:t>How to use this planner</w:t>
      </w:r>
    </w:p>
    <w:p>
      <w:r>
        <w:t>Your bundle has five page layouts: Today's Business Tasks, Weekly Business Plan,</w:t>
      </w:r>
    </w:p>
    <w:p>
      <w:r>
        <w:t>Monthly Goals, Project Tracker, and Weekly Review. Every page is undated.</w:t>
      </w:r>
    </w:p>
    <w:p>
      <w:r>
        <w:t>Tap the tabs at the top of any page to jump between sections.</w:t>
      </w:r>
    </w:p>
    <w:p/>
    <w:p>
      <w:r>
        <w:t>Formats. Printable PDF to print with a pen. Fillable PDF to type into the boxes.</w:t>
      </w:r>
    </w:p>
    <w:p>
      <w:r>
        <w:t>Editable Google Doc to change anything. Each PDF comes in US Letter and A4.</w:t>
      </w:r>
    </w:p>
    <w:p/>
    <w:p>
      <w:r>
        <w:t>On a tablet. Import the PDF into GoodNotes, Notability or any PDF app.</w:t>
      </w:r>
    </w:p>
    <w:p>
      <w:r>
        <w:t>The tabs stay clickable. Use the printable PDF for handwriting.</w:t>
      </w:r>
    </w:p>
    <w:p/>
    <w:p>
      <w:r>
        <w:t>Each morning, take five minutes.</w:t>
      </w:r>
    </w:p>
    <w:p>
      <w:r>
        <w:t>1. Write your top 3 priorities first. These move the business forward.</w:t>
      </w:r>
    </w:p>
    <w:p>
      <w:r>
        <w:t>2. List smaller tasks under Task List. Calls, emails and admin go here.</w:t>
      </w:r>
    </w:p>
    <w:p>
      <w:r>
        <w:t>3. Use Time Blocks so the top three get real hours.</w:t>
      </w:r>
    </w:p>
    <w:p>
      <w:r>
        <w:t>4. At the end of the day, check off what got done and note what moves on.</w:t>
      </w:r>
    </w:p>
    <w:p>
      <w:r>
        <w:t>5. Once a week, fill in the Weekly Review. It takes about fifteen minutes.</w:t>
      </w:r>
    </w:p>
    <w:p/>
    <w:p>
      <w:r>
        <w:t>To print, pick the file that matches your paper and choose Fit to page.</w:t>
      </w:r>
    </w:p>
    <w:p>
      <w:r>
        <w:br w:type="page"/>
      </w:r>
    </w:p>
    <w:p>
      <w:r>
        <w:rPr>
          <w:b/>
          <w:color w:val="2B1E3F"/>
          <w:sz w:val="44"/>
        </w:rPr>
        <w:t>Today's Business Tasks</w:t>
      </w:r>
    </w:p>
    <w:p>
      <w:r>
        <w:t>Date ____________   M  T  W  T  F  S  S</w:t>
      </w:r>
    </w:p>
    <w:p>
      <w:pPr>
        <w:spacing w:before="200"/>
      </w:pPr>
      <w:r>
        <w:rPr>
          <w:b/>
          <w:color w:val="FF6B57"/>
          <w:sz w:val="22"/>
        </w:rPr>
        <w:t>TOP 3 PRIORITIES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TASK LIST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TIME BLOCKS</w:t>
      </w:r>
    </w:p>
    <w:p>
      <w:pPr>
        <w:spacing w:after="40"/>
      </w:pPr>
      <w:r>
        <w:t xml:space="preserve"> 7  __________________________________________________________________________</w:t>
      </w:r>
    </w:p>
    <w:p>
      <w:pPr>
        <w:spacing w:after="40"/>
      </w:pPr>
      <w:r>
        <w:t xml:space="preserve"> 8  __________________________________________________________________________</w:t>
      </w:r>
    </w:p>
    <w:p>
      <w:pPr>
        <w:spacing w:after="40"/>
      </w:pPr>
      <w:r>
        <w:t xml:space="preserve"> 9  __________________________________________________________________________</w:t>
      </w:r>
    </w:p>
    <w:p>
      <w:pPr>
        <w:spacing w:after="40"/>
      </w:pPr>
      <w:r>
        <w:t>10  __________________________________________________________________________</w:t>
      </w:r>
    </w:p>
    <w:p>
      <w:pPr>
        <w:spacing w:after="40"/>
      </w:pPr>
      <w:r>
        <w:t>11  __________________________________________________________________________</w:t>
      </w:r>
    </w:p>
    <w:p>
      <w:pPr>
        <w:spacing w:after="40"/>
      </w:pPr>
      <w:r>
        <w:t>12  __________________________________________________________________________</w:t>
      </w:r>
    </w:p>
    <w:p>
      <w:pPr>
        <w:spacing w:after="40"/>
      </w:pPr>
      <w:r>
        <w:t xml:space="preserve"> 1  __________________________________________________________________________</w:t>
      </w:r>
    </w:p>
    <w:p>
      <w:pPr>
        <w:spacing w:after="40"/>
      </w:pPr>
      <w:r>
        <w:t xml:space="preserve"> 2  __________________________________________________________________________</w:t>
      </w:r>
    </w:p>
    <w:p>
      <w:pPr>
        <w:spacing w:after="40"/>
      </w:pPr>
      <w:r>
        <w:t xml:space="preserve"> 3  __________________________________________________________________________</w:t>
      </w:r>
    </w:p>
    <w:p>
      <w:pPr>
        <w:spacing w:after="40"/>
      </w:pPr>
      <w:r>
        <w:t xml:space="preserve"> 4  __________________________________________________________________________</w:t>
      </w:r>
    </w:p>
    <w:p>
      <w:pPr>
        <w:spacing w:after="40"/>
      </w:pPr>
      <w:r>
        <w:t xml:space="preserve"> 5  __________________________________________________________________________</w:t>
      </w:r>
    </w:p>
    <w:p>
      <w:pPr>
        <w:spacing w:after="40"/>
      </w:pPr>
      <w:r>
        <w:t xml:space="preserve"> 6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CALLS AND EMAILS TO SEND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MONEY IN AND OUT</w:t>
      </w:r>
    </w:p>
    <w:p>
      <w:pPr>
        <w:spacing w:after="40"/>
      </w:pPr>
      <w:r>
        <w:t>Income __________    Expenses __________    Invoices to send __________</w:t>
      </w:r>
    </w:p>
    <w:p>
      <w:pPr>
        <w:spacing w:before="200"/>
      </w:pPr>
      <w:r>
        <w:rPr>
          <w:b/>
          <w:color w:val="FF6B57"/>
          <w:sz w:val="22"/>
        </w:rPr>
        <w:t>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DONE TODAY, AND WHAT MOVES TO TOMORROW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color w:val="2B1E3F"/>
          <w:sz w:val="44"/>
        </w:rPr>
        <w:t>Weekly Business Plan</w:t>
      </w:r>
    </w:p>
    <w:p>
      <w:r>
        <w:t>Week of ______________</w:t>
      </w:r>
    </w:p>
    <w:p>
      <w:pPr>
        <w:spacing w:before="200"/>
      </w:pPr>
      <w:r>
        <w:rPr>
          <w:b/>
          <w:color w:val="FF6B57"/>
          <w:sz w:val="22"/>
        </w:rPr>
        <w:t>TOP 3 FOR THIS WEEK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DAY BY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</w:rPr>
              <w:t>Day</w:t>
            </w:r>
          </w:p>
        </w:tc>
        <w:tc>
          <w:tcPr>
            <w:tcW w:type="dxa" w:w="2484"/>
          </w:tcPr>
          <w:p>
            <w:r/>
            <w:r>
              <w:rPr>
                <w:b/>
              </w:rPr>
              <w:t>Main task</w:t>
            </w:r>
          </w:p>
        </w:tc>
        <w:tc>
          <w:tcPr>
            <w:tcW w:type="dxa" w:w="2484"/>
          </w:tcPr>
          <w:p>
            <w:r/>
            <w:r>
              <w:rPr>
                <w:b/>
              </w:rPr>
              <w:t>Calls and emails</w:t>
            </w:r>
          </w:p>
        </w:tc>
        <w:tc>
          <w:tcPr>
            <w:tcW w:type="dxa" w:w="2484"/>
          </w:tcPr>
          <w:p>
            <w:r/>
            <w:r>
              <w:rPr>
                <w:b/>
              </w:rPr>
              <w:t>Done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before="200"/>
      </w:pPr>
      <w:r>
        <w:rPr>
          <w:b/>
          <w:color w:val="FF6B57"/>
          <w:sz w:val="22"/>
        </w:rPr>
        <w:t>MONEY THIS WEEK</w:t>
      </w:r>
    </w:p>
    <w:p>
      <w:pPr>
        <w:spacing w:after="40"/>
      </w:pPr>
      <w:r>
        <w:t>Income __________    Expenses __________    Invoices out __________</w:t>
      </w:r>
    </w:p>
    <w:p>
      <w:pPr>
        <w:spacing w:before="200"/>
      </w:pPr>
      <w:r>
        <w:rPr>
          <w:b/>
          <w:color w:val="FF6B57"/>
          <w:sz w:val="22"/>
        </w:rPr>
        <w:t>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color w:val="2B1E3F"/>
          <w:sz w:val="44"/>
        </w:rPr>
        <w:t>Monthly Goals</w:t>
      </w:r>
    </w:p>
    <w:p>
      <w:r>
        <w:t>Month ______________</w:t>
      </w:r>
    </w:p>
    <w:p>
      <w:pPr>
        <w:spacing w:before="200"/>
      </w:pPr>
      <w:r>
        <w:rPr>
          <w:b/>
          <w:color w:val="FF6B57"/>
          <w:sz w:val="22"/>
        </w:rPr>
        <w:t>TOP 3 GOALS THIS MONTH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MONTH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</w:tcPr>
          <w:p>
            <w:r>
              <w:t>Mon</w:t>
            </w:r>
          </w:p>
        </w:tc>
        <w:tc>
          <w:tcPr>
            <w:tcW w:type="dxa" w:w="1419"/>
          </w:tcPr>
          <w:p>
            <w:r>
              <w:t>Tue</w:t>
            </w:r>
          </w:p>
        </w:tc>
        <w:tc>
          <w:tcPr>
            <w:tcW w:type="dxa" w:w="1419"/>
          </w:tcPr>
          <w:p>
            <w:r>
              <w:t>Wed</w:t>
            </w:r>
          </w:p>
        </w:tc>
        <w:tc>
          <w:tcPr>
            <w:tcW w:type="dxa" w:w="1419"/>
          </w:tcPr>
          <w:p>
            <w:r>
              <w:t>Thu</w:t>
            </w:r>
          </w:p>
        </w:tc>
        <w:tc>
          <w:tcPr>
            <w:tcW w:type="dxa" w:w="1419"/>
          </w:tcPr>
          <w:p>
            <w:r>
              <w:t>Fri</w:t>
            </w:r>
          </w:p>
        </w:tc>
        <w:tc>
          <w:tcPr>
            <w:tcW w:type="dxa" w:w="1419"/>
          </w:tcPr>
          <w:p>
            <w:r>
              <w:t>Sat</w:t>
            </w:r>
          </w:p>
        </w:tc>
        <w:tc>
          <w:tcPr>
            <w:tcW w:type="dxa" w:w="1419"/>
          </w:tcPr>
          <w:p>
            <w:r>
              <w:t>Sun</w:t>
            </w:r>
          </w:p>
        </w:tc>
      </w:tr>
      <w:t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</w:tbl>
    <w:p>
      <w:pPr>
        <w:spacing w:before="200"/>
      </w:pPr>
      <w:r>
        <w:rPr>
          <w:b/>
          <w:color w:val="FF6B57"/>
          <w:sz w:val="22"/>
        </w:rPr>
        <w:t>MONEY THIS MONTH</w:t>
      </w:r>
    </w:p>
    <w:p>
      <w:pPr>
        <w:spacing w:after="40"/>
      </w:pPr>
      <w:r>
        <w:t>Income goal __________    Actual __________    Open invoices __________</w:t>
      </w:r>
    </w:p>
    <w:p>
      <w:pPr>
        <w:spacing w:before="200"/>
      </w:pPr>
      <w:r>
        <w:rPr>
          <w:b/>
          <w:color w:val="FF6B57"/>
          <w:sz w:val="22"/>
        </w:rPr>
        <w:t>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color w:val="2B1E3F"/>
          <w:sz w:val="44"/>
        </w:rPr>
        <w:t>Project Tracker</w:t>
      </w:r>
    </w:p>
    <w:p>
      <w:r>
        <w:t>Month ______________</w:t>
      </w:r>
    </w:p>
    <w:p>
      <w:pPr>
        <w:spacing w:before="200"/>
      </w:pPr>
      <w:r>
        <w:rPr>
          <w:b/>
          <w:color w:val="FF6B57"/>
          <w:sz w:val="22"/>
        </w:rPr>
        <w:t>ACTIVE CLIENTS AND PROJECTS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/>
            <w:r>
              <w:rPr>
                <w:b/>
              </w:rPr>
              <w:t>Client</w:t>
            </w:r>
          </w:p>
        </w:tc>
        <w:tc>
          <w:tcPr>
            <w:tcW w:type="dxa" w:w="1656"/>
          </w:tcPr>
          <w:p>
            <w:r/>
            <w:r>
              <w:rPr>
                <w:b/>
              </w:rPr>
              <w:t>Project</w:t>
            </w:r>
          </w:p>
        </w:tc>
        <w:tc>
          <w:tcPr>
            <w:tcW w:type="dxa" w:w="1656"/>
          </w:tcPr>
          <w:p>
            <w:r/>
            <w:r>
              <w:rPr>
                <w:b/>
              </w:rPr>
              <w:t>Next step</w:t>
            </w:r>
          </w:p>
        </w:tc>
        <w:tc>
          <w:tcPr>
            <w:tcW w:type="dxa" w:w="1656"/>
          </w:tcPr>
          <w:p>
            <w:r/>
            <w:r>
              <w:rPr>
                <w:b/>
              </w:rPr>
              <w:t>Due</w:t>
            </w:r>
          </w:p>
        </w:tc>
        <w:tc>
          <w:tcPr>
            <w:tcW w:type="dxa" w:w="1656"/>
          </w:tcPr>
          <w:p>
            <w:r/>
            <w:r>
              <w:rPr>
                <w:b/>
              </w:rPr>
              <w:t>Status</w:t>
            </w:r>
          </w:p>
        </w:tc>
        <w:tc>
          <w:tcPr>
            <w:tcW w:type="dxa" w:w="1656"/>
          </w:tcPr>
          <w:p>
            <w:r/>
            <w:r>
              <w:rPr>
                <w:b/>
              </w:rPr>
              <w:t>Paid</w:t>
            </w:r>
          </w:p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</w:tbl>
    <w:p>
      <w:pPr>
        <w:spacing w:before="200"/>
      </w:pPr>
      <w:r>
        <w:rPr>
          <w:b/>
          <w:color w:val="FF6B57"/>
          <w:sz w:val="22"/>
        </w:rPr>
        <w:t>WAITING ON OTHERS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color w:val="2B1E3F"/>
          <w:sz w:val="44"/>
        </w:rPr>
        <w:t>Project Detail</w:t>
      </w:r>
    </w:p>
    <w:p>
      <w:r>
        <w:t>Client ______________</w:t>
      </w:r>
    </w:p>
    <w:p>
      <w:pPr>
        <w:spacing w:before="200"/>
      </w:pPr>
      <w:r>
        <w:rPr>
          <w:b/>
          <w:color w:val="FF6B57"/>
          <w:sz w:val="22"/>
        </w:rPr>
        <w:t>PROJECT BASICS</w:t>
      </w:r>
    </w:p>
    <w:p>
      <w:pPr>
        <w:spacing w:after="40"/>
      </w:pPr>
      <w:r>
        <w:t>Project __________    Start __________    Due __________</w:t>
      </w:r>
    </w:p>
    <w:p>
      <w:pPr>
        <w:spacing w:before="200"/>
      </w:pPr>
      <w:r>
        <w:rPr>
          <w:b/>
          <w:color w:val="FF6B57"/>
          <w:sz w:val="22"/>
        </w:rPr>
        <w:t>MONEY</w:t>
      </w:r>
    </w:p>
    <w:p>
      <w:pPr>
        <w:spacing w:after="40"/>
      </w:pPr>
      <w:r>
        <w:t>Quote __________    Deposit __________    Balance due __________</w:t>
      </w:r>
    </w:p>
    <w:p>
      <w:pPr>
        <w:spacing w:before="200"/>
      </w:pPr>
      <w:r>
        <w:rPr>
          <w:b/>
          <w:color w:val="FF6B57"/>
          <w:sz w:val="22"/>
        </w:rPr>
        <w:t>STEPS TO FINISH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CONTACT NOTES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WHAT WENT WELL, FOR NEXT TIME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color w:val="2B1E3F"/>
          <w:sz w:val="44"/>
        </w:rPr>
        <w:t>Weekly Review</w:t>
      </w:r>
    </w:p>
    <w:p>
      <w:r>
        <w:t>Week of ______________</w:t>
      </w:r>
    </w:p>
    <w:p>
      <w:pPr>
        <w:spacing w:before="200"/>
      </w:pPr>
      <w:r>
        <w:rPr>
          <w:b/>
          <w:color w:val="FF6B57"/>
          <w:sz w:val="22"/>
        </w:rPr>
        <w:t>WINS THIS WEEK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WHAT DIDN'T GET DONE, AND WHY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MONEY THIS WEEK</w:t>
      </w:r>
    </w:p>
    <w:p>
      <w:pPr>
        <w:spacing w:after="40"/>
      </w:pPr>
      <w:r>
        <w:t>Income __________    Expenses __________    Open invoices __________</w:t>
      </w:r>
    </w:p>
    <w:p>
      <w:pPr>
        <w:spacing w:before="200"/>
      </w:pPr>
      <w:r>
        <w:rPr>
          <w:b/>
          <w:color w:val="FF6B57"/>
          <w:sz w:val="22"/>
        </w:rPr>
        <w:t>CUSTOMERS OR LEADS TO FOLLOW UP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ONE THING TO STOP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ONE THING TO START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before="200"/>
      </w:pPr>
      <w:r>
        <w:rPr>
          <w:b/>
          <w:color w:val="FF6B57"/>
          <w:sz w:val="22"/>
        </w:rPr>
        <w:t>TOP 3 FOR NEXT WEEK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pPr>
        <w:spacing w:after="40"/>
      </w:pPr>
      <w:r>
        <w:t>☐  __________________________________________________________________________</w:t>
      </w:r>
    </w:p>
    <w:p>
      <w:r>
        <w:rPr>
          <w:b/>
        </w:rPr>
        <w:t>Rate the week from 1 to 10: 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